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60E14" w14:textId="77777777" w:rsidR="002D53F4" w:rsidRDefault="00000000">
      <w:pPr>
        <w:spacing w:after="360"/>
      </w:pPr>
      <w:r>
        <w:rPr>
          <w:b/>
          <w:color w:val="1F5B45"/>
          <w:shd w:val="clear" w:color="auto" w:fill="E7F1EC"/>
        </w:rPr>
        <w:t>[DATE]</w:t>
      </w:r>
    </w:p>
    <w:p w14:paraId="3DA6FDB7" w14:textId="77777777" w:rsidR="002D53F4" w:rsidRDefault="00000000">
      <w:pPr>
        <w:spacing w:after="280"/>
      </w:pPr>
      <w:r>
        <w:t>To Whom It May Concern:</w:t>
      </w:r>
    </w:p>
    <w:p w14:paraId="5AF1198C" w14:textId="77777777" w:rsidR="003C4A38" w:rsidRDefault="00000000">
      <w:pPr>
        <w:spacing w:after="220" w:line="276" w:lineRule="auto"/>
      </w:pPr>
      <w:r>
        <w:t xml:space="preserve">I am writing in support of the St. Joseph Institute of Industry &amp; Agriculture (SJI) and its </w:t>
      </w:r>
      <w:r w:rsidR="00537488">
        <w:t>efforts</w:t>
      </w:r>
      <w:r>
        <w:t xml:space="preserve"> to develop </w:t>
      </w:r>
      <w:r w:rsidR="00537488">
        <w:t>a tuition free</w:t>
      </w:r>
      <w:r>
        <w:t xml:space="preserve"> work</w:t>
      </w:r>
      <w:r w:rsidR="00537488">
        <w:t xml:space="preserve"> college</w:t>
      </w:r>
      <w:r>
        <w:t xml:space="preserve"> in St. Joseph, Missouri. </w:t>
      </w:r>
      <w:r w:rsidR="00537488">
        <w:t>My background is in</w:t>
      </w:r>
      <w:r>
        <w:t xml:space="preserve"> </w:t>
      </w:r>
      <w:r>
        <w:rPr>
          <w:b/>
          <w:color w:val="1F5B45"/>
          <w:shd w:val="clear" w:color="auto" w:fill="E7F1EC"/>
        </w:rPr>
        <w:t>[FIELD OR AREA OF EXPERTISE]</w:t>
      </w:r>
      <w:r w:rsidR="003C4A38">
        <w:t xml:space="preserve">. </w:t>
      </w:r>
    </w:p>
    <w:p w14:paraId="759171FF" w14:textId="0A2F83C1" w:rsidR="00537488" w:rsidRDefault="003C4A38">
      <w:pPr>
        <w:spacing w:after="220" w:line="276" w:lineRule="auto"/>
      </w:pPr>
      <w:r>
        <w:t>I have learned about the project</w:t>
      </w:r>
      <w:r w:rsidR="00000000">
        <w:t xml:space="preserve"> </w:t>
      </w:r>
      <w:r w:rsidR="00000000">
        <w:rPr>
          <w:b/>
          <w:color w:val="1F5B45"/>
          <w:shd w:val="clear" w:color="auto" w:fill="E7F1EC"/>
        </w:rPr>
        <w:t>[HOW YOU HAVE ADVISED, REVIEWED, OR DISCUSSED THE PROJECT]</w:t>
      </w:r>
      <w:r w:rsidR="00000000">
        <w:t>.</w:t>
      </w:r>
      <w:r>
        <w:t xml:space="preserve"> </w:t>
      </w:r>
      <w:r w:rsidR="00537488">
        <w:t xml:space="preserve">What stands out to me is </w:t>
      </w:r>
      <w:r w:rsidR="00000000">
        <w:rPr>
          <w:b/>
          <w:color w:val="1F5B45"/>
          <w:shd w:val="clear" w:color="auto" w:fill="E7F1EC"/>
        </w:rPr>
        <w:t>[ONE STRENGTH</w:t>
      </w:r>
      <w:r w:rsidR="00537488">
        <w:rPr>
          <w:b/>
          <w:color w:val="1F5B45"/>
          <w:shd w:val="clear" w:color="auto" w:fill="E7F1EC"/>
        </w:rPr>
        <w:t xml:space="preserve"> OR BENEFIT </w:t>
      </w:r>
      <w:r w:rsidR="00000000">
        <w:rPr>
          <w:b/>
          <w:color w:val="1F5B45"/>
          <w:shd w:val="clear" w:color="auto" w:fill="E7F1EC"/>
        </w:rPr>
        <w:t>OF THE PLAN OR LEADERSHIP]</w:t>
      </w:r>
      <w:r w:rsidR="00000000">
        <w:t>.</w:t>
      </w:r>
      <w:r w:rsidR="00537488">
        <w:t xml:space="preserve"> </w:t>
      </w:r>
      <w:r w:rsidR="00537488">
        <w:rPr>
          <w:b/>
          <w:color w:val="1F5B45"/>
          <w:shd w:val="clear" w:color="auto" w:fill="E7F1EC"/>
        </w:rPr>
        <w:t>[HOW IT CAN BENEFIT THE COMMUNITY]</w:t>
      </w:r>
      <w:r w:rsidR="00537488">
        <w:t xml:space="preserve">. </w:t>
      </w:r>
    </w:p>
    <w:p w14:paraId="4F9F16AB" w14:textId="0E79E6A1" w:rsidR="002D53F4" w:rsidRDefault="00000000">
      <w:pPr>
        <w:spacing w:after="220" w:line="276" w:lineRule="auto"/>
      </w:pPr>
      <w:r>
        <w:t>Because SJI remains in development, responsible early support for planning, curriculum, compliance, research, and partnership-building is especially valuable. Based on what I have reviewed and discussed, I believe the Institute merits serious consideration from funders and community partners.</w:t>
      </w:r>
    </w:p>
    <w:p w14:paraId="25356DB2" w14:textId="77777777" w:rsidR="002D53F4" w:rsidRDefault="00000000">
      <w:pPr>
        <w:spacing w:before="160" w:after="760"/>
      </w:pPr>
      <w:r>
        <w:t>Sincerely,</w:t>
      </w:r>
    </w:p>
    <w:p w14:paraId="0DBE1BC3" w14:textId="77777777" w:rsidR="002D53F4" w:rsidRDefault="00000000">
      <w:pPr>
        <w:spacing w:after="40"/>
      </w:pPr>
      <w:r>
        <w:rPr>
          <w:b/>
          <w:color w:val="1F5B45"/>
          <w:shd w:val="clear" w:color="auto" w:fill="E7F1EC"/>
        </w:rPr>
        <w:t>[NAME]</w:t>
      </w:r>
    </w:p>
    <w:p w14:paraId="513BB000" w14:textId="77777777" w:rsidR="002D53F4" w:rsidRDefault="00000000">
      <w:pPr>
        <w:spacing w:after="40"/>
      </w:pPr>
      <w:r>
        <w:rPr>
          <w:b/>
          <w:color w:val="1F5B45"/>
          <w:shd w:val="clear" w:color="auto" w:fill="E7F1EC"/>
        </w:rPr>
        <w:t>[TITLE OR PROFESSIONAL ROLE]</w:t>
      </w:r>
    </w:p>
    <w:p w14:paraId="79DBD79F" w14:textId="77777777" w:rsidR="002D53F4" w:rsidRDefault="00000000">
      <w:pPr>
        <w:spacing w:after="0"/>
        <w:rPr>
          <w:b/>
          <w:color w:val="1F5B45"/>
          <w:shd w:val="clear" w:color="auto" w:fill="E7F1EC"/>
        </w:rPr>
      </w:pPr>
      <w:r>
        <w:rPr>
          <w:b/>
          <w:color w:val="1F5B45"/>
          <w:shd w:val="clear" w:color="auto" w:fill="E7F1EC"/>
        </w:rPr>
        <w:t>[EMAIL OR PHONE]</w:t>
      </w:r>
    </w:p>
    <w:p w14:paraId="27C536D4" w14:textId="77777777" w:rsidR="003C4A38" w:rsidRDefault="003C4A38">
      <w:pPr>
        <w:spacing w:after="0"/>
        <w:rPr>
          <w:b/>
          <w:color w:val="1F5B45"/>
          <w:shd w:val="clear" w:color="auto" w:fill="E7F1EC"/>
        </w:rPr>
      </w:pPr>
    </w:p>
    <w:p w14:paraId="32595F99" w14:textId="77777777" w:rsidR="003C4A38" w:rsidRDefault="003C4A38">
      <w:pPr>
        <w:spacing w:after="0"/>
      </w:pPr>
    </w:p>
    <w:sectPr w:rsidR="003C4A38" w:rsidSect="0003461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5EE50" w14:textId="77777777" w:rsidR="00E84147" w:rsidRDefault="00E84147">
      <w:pPr>
        <w:spacing w:after="0" w:line="240" w:lineRule="auto"/>
      </w:pPr>
      <w:r>
        <w:separator/>
      </w:r>
    </w:p>
  </w:endnote>
  <w:endnote w:type="continuationSeparator" w:id="0">
    <w:p w14:paraId="52809368" w14:textId="77777777" w:rsidR="00E84147" w:rsidRDefault="00E84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146A" w14:textId="77777777" w:rsidR="002D53F4" w:rsidRDefault="002D53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3A30B" w14:textId="77777777" w:rsidR="00E84147" w:rsidRDefault="00E84147">
      <w:pPr>
        <w:spacing w:after="0" w:line="240" w:lineRule="auto"/>
      </w:pPr>
      <w:r>
        <w:separator/>
      </w:r>
    </w:p>
  </w:footnote>
  <w:footnote w:type="continuationSeparator" w:id="0">
    <w:p w14:paraId="6A9949E4" w14:textId="77777777" w:rsidR="00E84147" w:rsidRDefault="00E84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5DC2" w14:textId="77777777" w:rsidR="002D53F4" w:rsidRDefault="002D53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4220087">
    <w:abstractNumId w:val="8"/>
  </w:num>
  <w:num w:numId="2" w16cid:durableId="1502039741">
    <w:abstractNumId w:val="6"/>
  </w:num>
  <w:num w:numId="3" w16cid:durableId="334651014">
    <w:abstractNumId w:val="5"/>
  </w:num>
  <w:num w:numId="4" w16cid:durableId="149567972">
    <w:abstractNumId w:val="4"/>
  </w:num>
  <w:num w:numId="5" w16cid:durableId="1741516777">
    <w:abstractNumId w:val="7"/>
  </w:num>
  <w:num w:numId="6" w16cid:durableId="654605854">
    <w:abstractNumId w:val="3"/>
  </w:num>
  <w:num w:numId="7" w16cid:durableId="1139952418">
    <w:abstractNumId w:val="2"/>
  </w:num>
  <w:num w:numId="8" w16cid:durableId="2049600616">
    <w:abstractNumId w:val="1"/>
  </w:num>
  <w:num w:numId="9" w16cid:durableId="204775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53F4"/>
    <w:rsid w:val="00326F90"/>
    <w:rsid w:val="003C4A38"/>
    <w:rsid w:val="00537488"/>
    <w:rsid w:val="00755773"/>
    <w:rsid w:val="00AA1D8D"/>
    <w:rsid w:val="00B47730"/>
    <w:rsid w:val="00BA6AE4"/>
    <w:rsid w:val="00CB0664"/>
    <w:rsid w:val="00E84147"/>
    <w:rsid w:val="00EA14A9"/>
    <w:rsid w:val="00F740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4B82CA"/>
  <w14:defaultImageDpi w14:val="300"/>
  <w15:docId w15:val="{D2D88933-8B2A-48BE-9622-DCFF7686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ptos" w:hAnsi="Aptos"/>
      <w:color w:val="2026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1F5B4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173F3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SJIIA Professional Advisor or Subject-Matter Expert Support Letter Template</vt:lpstr>
    </vt:vector>
  </TitlesOfParts>
  <Manager/>
  <Company/>
  <LinksUpToDate>false</LinksUpToDate>
  <CharactersWithSpaces>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SJIIA Professional Advisor or Subject-Matter Expert Support Letter Template</dc:title>
  <dc:subject>Instructions and a simple one-page letter of support</dc:subject>
  <dc:creator>St. Joseph Institute of Industry &amp; Agriculture</dc:creator>
  <cp:keywords>SJIIA, letter of support, grants</cp:keywords>
  <dc:description>generated by python-docx</dc:description>
  <cp:lastModifiedBy>Cecelia Harker</cp:lastModifiedBy>
  <cp:revision>2</cp:revision>
  <dcterms:created xsi:type="dcterms:W3CDTF">2013-12-23T23:15:00Z</dcterms:created>
  <dcterms:modified xsi:type="dcterms:W3CDTF">2026-09-08T02:53:00Z</dcterms:modified>
  <cp:category/>
</cp:coreProperties>
</file>